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הרומאן 1984 -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עובדות מרכזיות מהרומאן 1984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מרכזיים כמו דוחשב, משרד האמת וחדר 101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קישור בין דמויות, מקומות ומושגים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משקולת הזכוכית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בפרולים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במשרד האמת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תפקידו ברומאן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האח הגדול מוצג רק כתמונה וכסמל, ואיש לא פוגש אותו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הפרולים הם השכבה הנמוכה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(מכשיר ששודר ומצלם בו זמנית)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(אמונה בשני דברים סותרים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(מקום בו פוגשים את הפחד הגדול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בו מזייפים מסמכים היסטוריים)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בעלילה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וינסטון כותב ביומנו מחשבות אסורות נגד המפלגה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וינסטון וג'וליה מתחילים קשר אהבה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וינסטון וג'וליה נעצרים ומשקולת הזכוכית מתנפצת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וינסטון עובר עינויים ומגיע לחדר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המושג דוחשב כהחזקת שתי אמונות סותרות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משרד האמת כמקום עבודתו של וינסטון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שחדר 101 מפגיש את האדם עם פחדו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בחידון קצר בעל פה כדי לרענן זיכרון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לחזור יחד על רשימת המושגים לפני ביצוע תרגילי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סביב שאלות החשיבה הפתוחות בסוף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הרומאן 1984 -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נחזור על פרטים חשובים מהרומאן 1984 מאת ג'ורג' אורוול, על עולמו של וינסטון סמית' ועל המושגים המרכזיים ברומאן.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דוחשב  ·  טלצג  ·  אמת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מתנפץ ברגע המעצר של וינסטון וג'וליה ומסמל את קריסת עולמם?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הטלצג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משקולת הזכוכית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במה מאמין וינסטון שתלויה התקווה, לפי מה שכתב ביומנו?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במפלגה הפנימית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בפרולים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בגולדשטיין ובאחווה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היכן עובד וינסטון סמית'?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במשרד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במשרד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במשרד השפע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וינסטון סמית' עובד במשרד האמת ותפקידו לזייף מסמכים היסטוריים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האח הגדול הוא דמות אמיתית שפוגשים אותה פנים אל פנים ברומאן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הפרולים הם השכבה הגבוהה ביותר בחברה ברומאן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וינסטון עובד במשרד ה__________ ומזייף שם מסמכים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המכשיר שמשדר ומצלם בבתים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היכולת להאמין בשני דברים סותרים בו זמנית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טלצג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אמונה בשני דברים סותרים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דוחשב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בו מזייפים מסמכים היסטוריים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חדר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בו פוגשים את הפחד הגדול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משרד האמת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מכשיר ששודר ומצלם בו זמנית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בעלילה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וינסטון עובר עינויים ומגיע לחדר 101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וינסטון כותב ביומנו מחשבות אסורות נגד המפלגה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וינסטון וג'וליה מתחילים קשר אהבה אסור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וינסטון וג'וליה נעצרים ומשקולת הזכוכית מתנפצת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דוחשב ותנו דוגמה מהרומאן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היכן עובד וינסטון ומה תפקידו שם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הרומאן 1984 - חזרה ומשחקים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