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הרומאן 1984 -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עובדות מרכזיות מהרומאן 1984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מרכזיים כמו דוחשב, משרד האמת וחדר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קישור בין דמויות, מקומות ומושגים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משקולת הזכוכית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בפרולים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 החולדות, הפחד הגדול ביותר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במשרד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היכולת להחזיק בשתי אמונות סותרות ולקבל את שתיהן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מר צ'רינגטון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תפקידו ברומאן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האח הגדול מוצג רק כתמונה וכסמל, ואיש לא פוגש אותו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הפרולים הם השכבה הנמוכה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מכשיר דו-כיווני לפיקוח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במהלך העינויים של וינסטון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גולדשטיין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(מכשיר ששודר ומצלם בו 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(אמונה בשני דברים סותרים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בו פוגשים את הפחד הגדול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בו מזייפים מסמכים היסטוריים)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(השכבה הנמוכה באוכלוסייה)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(הגוף שמאתר חשיבה אסורה)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בעלילה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כותב ביומנו מחשבות אסורות נגד המפלגה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וינסטון וג'וליה מתחילים קשר אהבה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וינסטון וג'וליה נעצרים ומשקולת הזכוכית מתנפצת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וינסטון עובר עינויים ומגיע לחדר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וינסטון שבור ומקבל את אהבת האח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שהמשקולת מסמלת עולם פרטי ויפה שוינסטון בנה לעצמו, ושבירתה מסמלת את חדירת המפלגה לחייו האישיים וקריסת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רעיון מנומק הקושר לרעיון שהמפלגה שולטת בכל, גם במחשבה האישית ביותר, וכך מציג מסר פסימי וחזק על כוח השלטון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המושג דוחשב כהחזקת שתי אמונות סותרות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משרד האמת כמקום עבודתו של וינסטון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שחדר 101 מפגיש את האדם עם פחדו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בחידון קצר בעל פה כדי לרענן זיכרון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לחזור יחד על רשימת המושגים לפני ביצוע תרגילי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סביב שאלות החשיבה הפתוחות בסוף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הרומאן 1984 - חזרה ומשחקים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קלות על הספר 1984, על וינסטון סמית' ועל המילים החשובות בספר.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דוחשב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להאמין בשני דברים סותרים בבת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טלצג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שמשדר ומצלם בו זמנית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משרד האמת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בו וינסטון עובד ומזייף מסמכים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101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עינויים בו כל אדם פוגש את הפחד הגדול ביותר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האח הגדול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המנהיג שהמפלגה מציגה כשליט העליון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השכבה הנמוכה באוכלוסייה שאינה בפיקוח המפלגה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משטרת המחשבות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שאחראי לאתר ולהעניש חשיבה אסורה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נשבר ברגע שתופסים את וינסטון וג'וליה?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הטלצג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משקולת הזכוכית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לדעת וינסטון יכול להציל את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במפלגה הפנימית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בגולדשטיין ובאחווה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מפחיד את וינסטון בחדר 101?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אובריאן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ג'וליה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החולדות, הפחד הגדול ביותר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האח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במקום איזה עבודה וינסטון?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במשרד 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במשרד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דוחשב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להחזיק בשתי אמונות סותרות ולקבל את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שפת המפלגה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דקות של שנאה כלפי האויב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מכשיר שמשדר ומצלם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תופס את וינסטון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צ'רינגטון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גולדשטיין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סמית' עובד במשרד האמת ותפקידו לזייף מסמכים היסטוריים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הגדול הוא דמות אמיתית שפוגשים אותה פנים אל פנים ברומאן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הפרולים הם השכבה הגבוהה ביותר בחברה ברומאן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הטלצג משמש גם לשידור וגם לצפייה באזרחים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101 הוא מקום בו כל אדם פוגש את הפחד האישי הגדול ביותר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וינסטון עובד במשרד ה__________ ומזייף שם מסמכים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המכשיר שמשדר ומצלם בבתים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היכולת להאמין בשני דברים סותרים בו זמנית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השכבה הנמוכה באוכלוסייה שאינה בפיקוח המפלגה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וינסטון חושב שהתקווה תלויה ב__________ ובאחווה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בחדר __________ וינסטון פוגש את הפחד הגדול ביותר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טלצג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השכבה הנמוכה באוכלוסייה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בו מזייפים מסמכים היסטוריים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בשני דברים סותרים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משרד האמת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הגוף שמאתר חשיבה אסורה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בו פוגשים את הפחד הגדול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משטרת המחשבות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מכשיר ששודר ומצלם בו זמנית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בעלילה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עובר עינויים ומגיע לחדר 101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כותב ביומנו מחשבות אסורות נגד המפלגה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שבור ומקבל את אהבת האח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נעצרים ומשקולת הזכוכית מתנפצת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מתחילים קשר אהבה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השבירה של משקולת הזכוכית היא רגע משמעותי בעלילה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מדוע בחר אורוול להראות שגם וינסטון, הדמות הראשית, נשבר בסוף ומקבל את המפלגה?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דוחשב ותנו דוגמה מהרומאן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עובד וינסטון ומה תפקידו שם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לוינסטון בחדר 101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הרומאן 1984 - חזרה ומשחקים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